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בית – אוגדן פרומפטים מנצחים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כתיבת פרומפטים מנצחים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6 אבני הבניין של פרומפט מנצח ולזהות אותן בדוגמאות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שדרוג פרומפט חלש לפרומפט מפורט וברור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התאמת אותו פרומפט לקהלים ולמטרות שונות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לפתח הרגלי בדיקה ואחריות בעבודה עם כלי שיחה חכם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מהו פרומפט מנצח: 6 אבני הבניין – זיהוי ושליפה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6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איזה מומחה או דמות הכלי אמור לדמות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פורמט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מהו פרומפט מנצח: 6 אבני הבניין – תרגול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בדוגמה מהאוגדן ההקשר כולל מספר תלמידים ומה כבר נלמד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אלו שתי אבני בניין נפרדות ברשימת 6 האבנים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מהו פרומפט מנצח: 6 אבני הבניין – השלמה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מגבלות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2. 45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מהו פרומפט מנצח: 6 אבני הבניין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(איזה מומחה או דמות הכלי מדמה)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(מה בדיוק צריך ליצור)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(פרטים על הכיתה והתלמידים)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(איך התוצר ייראה, למשל טבלה)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ו (כללים כמו זמן, אורך ואיסורים)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ב (מראים לכלי דוגמה לסגנון הרצוי)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משדרגים פרומפט: מחולשה לחוזק – היכרות עם רשימת השדרוגים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פרומפט חלש חסר תפקיד, הקשר, פורמט או מגבלות ברורים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השדרוג הזה משנה את הסידור של המידע לטבלה, לא מקצר אותו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משדרגים פרומפט: מחולשה לחוזק – בוחרים שדרוג מתאים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לקצר את התוצר ולשמור על התוכן החשוב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הוספת מפתח תשובות למורה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קיצור לחצי ושמירה על העיקר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הוספת מפתח תשובות למורה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משדרגים פרומפט: מחולשה לחוזק – התאמת שדרוג למצב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(קיצור לחצי ושמירה על העיקר)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(הפיכה לטבלה ברורה)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(הוספת מפתח תשובות למורה)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(התאמה לחנ"מ עם אפשרויות ואימוג'ים)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(התאמה לעולים עם מילון חזותי)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התאמת פרומפטים לקהלים שונים – הכרת 9 המסלולים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שלוש: יסודי, חט״ב, תיכון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שכבת גיל ואוכלוסיית תלמידים (רגיל/חנ״מ/עולים)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התאמת פרומפטים לקהלים שונים – יישום ההתאמות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חזותי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אפשרויות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שכבה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התאמת פרומפטים לקהלים שונים – התאמת סגנון לכל קהל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(משפטים קצרים, 2–3 אפשרויות ואימוג׳ים)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(מילון חזותי ומשפטים קצרים)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(שפה פשוטה ומשחקית)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(ניתוח מעמיק ושפה מורכבת יותר)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התאמת פרומפטים לקהלים שונים – כתיבה והתאמה עצמית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חופשית: למשל פחות שאלות, 2-3 אפשרויות בחירה, הוספת אימוג'ים או תמונות, משפטים קצרים.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חופשית: הוספת מילון חזותי, הסברי מילים קשות, משפטים קצרים וברורים.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קריטריון: תלמידים בגילים שונים צריכים רמת שפה, אורך טקסט ורמת מורכבות שונה כדי להבין ולהצליח.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פרומפטים לפי מטרה: שיעור, דף עבודה, משחק וטקסט – היכרות עם הלשוניות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11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תכנון שיעורים ויחידות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טבלה עם שלבי השיעור בדקות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פרומפטים לפי מטרה: שיעור, דף עבודה, משחק וטקסט – בדיקת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הלשונית מיועדת לפרומפטים ליצירת משחקים וחדרי בריחה.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הלשונית כוללת גם פרומפטים ליצירת טקסט ושאלות הבנה.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פרומפטים לפי מטרה: שיעור, דף עבודה, משחק וטקסט – התאמת פרומפט למטרה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(תכנון שיעורים ויחידות)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(דפי עבודה ומחוונים)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(משחקים וחדרי בריחה)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(הבנת הנקרא ולשון)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4 · פרומפטים לפי מטרה: שיעור, דף עבודה, משחק וטקסט – השלמת פרטים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חומרים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2. 45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עבודה באחריות: בדיקת עובדות ופרטיות – מה זוכרים?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אסור להוסיף לכלי שמות, ציונים או פרטים מזהים של תלמידים.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נכתב בעמוד הסרטון – בודקים כל עובדה וחותמת זמן מול המקור.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באתר נכתב במפורש שמכונות חכמות טועות, ולכן תמיד בודקים את התוצר.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זהו אחד הכללים המפורשים בעמוד הסרטון.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עבודה באחריות: בדיקת עובדות ופרטיות – תרגול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מזהים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שיתופם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חותמת זמן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עבודה באחריות: בדיקת עובדות ופרטיות – התאמה והבנה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(להשוות כל משפט וחותמת זמן למקור)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(לא להזכיר שמות או פרטים מזהים של תלמידים)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(להקרין סרטון מהמקור המקורי בלבד)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(להתאים את השפה והתוכן לכיתה)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5 · עבודה באחריות: בדיקת עובדות ופרטיות – יישום וחשיבה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להזין רק נתונים כלליים בלי שמות ובלי פרטים מזהים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רשימה נכונה: תפקיד, משימה, הקשר, פורמט, מגבלות, 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פרומפט שלם שכולל את כל ששת החלקים בצורה ברורה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שמזכירה השוואה למקור ואי-הזכרת שמות או פרטים מזהים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לפרוש את החוברת על פני 3–4 שיעורים: פרק 1 בשיעור ראשון, פרקים 2–3 יחד, ופרקים 4–5 בשיעור אחרון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לתת פרומפט חלש מוכן ולבקש להשלים רק את אבני הבניין החסרות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אפשר לבקש לכתוב פרומפט מורכב הכולל שני שדרוגים במקביל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לסיים כל שיעור בכרטיס יציאה קצר שבו התלמידים מציינים אבן בניין אחת שתרגלו ושאלה אחת שנשארה פתוחה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בית – אוגדן פרומפטים מנצחים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כתיבת פרומפטים מנצחים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הזו תתרגלו לבנות פרומפט ברור בעזרת 6 אבני הבניין, לשדרג אותו ולהתאים אותו למצבים שונים. עבדו פרק אחר פרק, ומלאו את התשובות במקום המיועד. בסוף כל פרק בדקו את עצמכם לפי שאלות היציאה.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מהו פרומפט מנצח: 6 אבני הבניין – זיהוי ושליפה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אבני בניין יש בפרומפט מנצח לפי האוגדן?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אבן הבניין 'תפקיד' מגדירה בעיקר את...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איזה מומחה או דמות הכלי אמור לדמות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כמה זמן לוקח לכתוב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את מספר התלמידים בכיתה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את הנושא של השיעור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אבן הבניין שמגדירה איך בדיוק ייראה התוצר (למשל טבלה או רשימה) נקראת: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הקשר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פורמט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מגבלות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מהו פרומפט מנצח: 6 אבני הבניין – תרגול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אבן הבניין 'הקשר' מתארת פרטים על הכיתה, כמו מספר התלמידים ומה שכבר נלמד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'דוגמה' ו'מגבלות' הן אותה אבן בניין בדיוק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מהו פרומפט מנצח: 6 אבני הבניין – השלמה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אבן הבניין שקובעת כללים כמו אורך, זמן או דברים שאסור להוסיף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בדוגמת מערך השיעור, המשימה היא: בנו מערך שיעור של __________ דקות בנושא הנתון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1 · מהו פרומפט מנצח: 6 אבני הבניין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תפקיד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איך התוצר ייראה, למשל טבלה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משימה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מראים לכלי דוגמה לסגנון הרצוי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הקשר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איזה מומחה או דמות הכלי מדמה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פורמט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פרטים על הכיתה והתלמידים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מגבלות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מה בדיוק צריך ליצור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דוגמה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כללים כמו זמן, אורך ואיסורים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משדרגים פרומפט: מחולשה לחוזק – היכרות עם רשימת השדרוגים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פרומפט חלש הוא לרוב פרומפט קצר שכתוב בשורה אחת בלי פרטים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השדרוג "הפכו לטבלה ברורה" נועד לקצר את אורך התוצר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משדרגים פרומפט: מחולשה לחוזק – בוחרים שדרוג 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מהי מטרת השדרוג "קצרו לחצי ושמרו על העיקר"?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לקצר את התוצר ולשמור על התוכן החשוב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להוסיף עוד מידע לתוצר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לתרגם את התוצר לשפה אחרת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למחוק את הדוגמה מהפרומפט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שדרוג מתאים כשרוצים שהמורה יקבל תשובות נכונות מוכנות לבדיקה?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הוספת מפתח תשובות למורה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הפיכה לטבלה ברורה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התאמה לעולים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קיצור לחצי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מורה קיבל/ה דף עבודה ארוך ומעמיס לכיתה עמוסה. איזה שדרוג הכי מתאים?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קיצור לחצי ושמירה על העיקר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הוספת מפתח תשובות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התאמה לעולים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בקשת 3 גרסאות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תלמיד רוצה לבדוק את עצמו לבד אחרי תרגול עצמי בבית. איזה שדרוג יעזור לו הכי הרבה?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הוספת מפתח תשובות למורה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הפיכה לטבלה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קיצור לחצי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התאמה לחנ"מ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משדרגים פרומפט: מחולשה לחוזק – התאמת שדרוג למצב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התוצר ארוך מדי ועמוס בפרטים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התאמה לחנ"מ עם אפשרויות ואימוג'ים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קשה לקרוא את המידע כשהוא כתוב בפסקאות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קיצור לחצי ושמירה על העיקר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המורה צריך לבדוק תשובות של כיתה שלמה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הפיכה לטבלה ברורה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בכיתת חנ"מ קשה להבין משפטים ארוכים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התאמה לעולים עם מילון חזותי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תלמידים עולים חדשים לא מכירים את המילים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הוספת מפתח תשובות למורה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התאמת פרומפטים לקהלים שונים – הכרת 9 המסלולים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שכבות גיל מוזכרות באוגדן לצורך התאמת פרומפטים?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שלוש: יסודי, חט״ב, תיכון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אחת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שני הצירים שיוצרים יחד את 9 המסלולים?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שכבת גיל ואוכלוסיית תלמידים (רגיל/חנ״מ/עולים)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מקצוע ושעת היום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אורך השיעור וצבע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שם המורה והכיתה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התאמת פרומפטים לקהלים שונים – יישום ההתאמות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כשמתאימים פרומפט לקהל עולים מומלץ להוסיף מילון __________ ומשפטים קצרים.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כשמתאימים פרומפט לקהל חנ״מ מומלץ לתת 2–3 __________ בלבד לכל שאלה.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בבונה הפרומפטים אחד השלבים הוא בחירת ה__________ שאליה מיועד הפרומפט (יסודי, חט״ב או תיכון).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התאמת פרומפטים לקהלים שונים – התאמת סגנון לכל קהל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קהל חנ״מ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ניתוח מעמיק ושפה מורכבת יותר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קהל עולים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שפה פשוטה ומשחקית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יסודי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מילון חזותי ומשפטים קצרים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תיכון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משפטים קצרים, 2–3 אפשרויות ואימוג׳ים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3 · התאמת פרומפטים לקהלים שונים – כתיבה והתאמה עצמית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פרומפט לדף עבודה בנושא שאתם לומדים, וכתבו איך הייתם משנים אותו לכיתת חנ״מ (לפחות שתי התאמות).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איך הייתם מתאימים אותו פרומפט לכיתת עולים חדשים.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הסבירו במשפט-שניים מדוע חשוב להתאים את אותו תוכן לשכבות גיל שונות ולא להשתמש בפרומפט זהה לכולם.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פרומפטים לפי מטרה: שיעור, דף עבודה, משחק וטקסט – היכרות עם הלשוניות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פרומפטים מוכנים יש בכל לשונית באוגדן?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לשונית הכי מתאימה לבניית מערך שיעור מלא?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דפי עבודה ומחוונים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תכנון שיעורים ויחידות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משחקים וחדרי בריחה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תקשורת עם הורים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מקבלים מפרומפט למערך שיעור לפי הדוגמה באוגדן?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רשימת ציונים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טבלה עם שלבי השיעור בדקות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מכתב להורים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כרטיס יציאה בלבד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פרומפטים לפי מטרה: שיעור, דף עבודה, משחק וטקסט – בדיקת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בלשונית 'משחקים וחדרי בריחה' אפשר למצוא פרומפטים ליצירת חדר בריחה לימודי.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לשונית 'הבנת הנקרא ולשון' מיועדת רק לתכנון שיעורים, ולא לכתיבת טקסטים לתרגול.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פרומפטים לפי מטרה: שיעור, דף עבודה, משחק וטקסט – התאמת פרומפט למטרה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לתכנן שיעור מלא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דפי עבודה ומחוונים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ליצור דף עבודה עם מחוון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הבנת הנקרא ולשון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ליצור משחק או חדר בריחה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תכנון שיעורים ויחידות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ליצור טקסט ושאלות הבנה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משחקים וחדרי בריחה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4 · פרומפטים לפי מטרה: שיעור, דף עבודה, משחק וטקסט – השלמת פרטים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בפרומפט למערך שיעור, הפורמט המבוקש הוא טבלה עם העמודות שלב, זמן, מה עושה המורה, מה עושים התלמידים ו-__________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מערך השיעור לדוגמה באוגדן מתוכנן למשך __________ דקות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עבודה באחריות: בדיקת עובדות ופרטיות – מה זוכרים?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כלל הזהב באוגדן אומר שמותר להוסיף לכלי שיחה חכם שמות וציונים של תלמידים, אם זה לצורך למידה.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לפני שמשתמשים בתוצר שנוצר בעזרת סרטון לימודי, צריך לבדוק כל עובדה וכל חותמת זמן מול הסרטון עצמו.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מכונות חכמות תמיד מדויקות, ולכן אין צורך לבדוק את מה שהן כותבות.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להשתמש רק בסרטונים ששיתופם מותר, ולהקרין אותם מהמקור המקורי.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עבודה באחריות: בדיקת עובדות ופרטיות – 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לפי כלל הזהב, אסור להוסיף לכלי שיחה חכם שמות, ציונים או פרטים __________ של תלמידים.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סרטונים לשימוש בשיעור צריכים להיות כאלה ש__________ שלהם מותר.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אחרי קבלת תוצר מהכלי, בודקים כל עובדה וכל __________ מול הסרטון.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5 · עבודה באחריות: בדיקת עובדות ופרטיות – התאמה והבנה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בדיקת עובדות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להקרין סרטון מהמקור המקורי בלבד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שמירה על פרטיות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להתאים את השפה והתוכן לכיתה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מקור אמין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לא להזכיר שמות או פרטים מזהים של תלמידים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שיקול דעת פדגוגי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להשוות כל משפט וחותמת זמן למקור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פרק 5 · עבודה באחריות: בדיקת עובדות ופרטיות – יישום וחשיבה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מורה רוצה לנתח ציוני מבחן של כיתה בעזרת כלי שיחה חכם, ולהזין את שמות התלמידים כדי שהניתוח יהיה מדויק יותר. מה נכון לעשות?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להזין הכול כולל שמות וציונים כדי שהניתוח יהיה מדויק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להזין רק נתונים כלליים בלי שמות ובלי פרטים מזהים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לשאול כל תלמיד אם מותר להזין את שמו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להימנע לגמרי משימוש בכלי השיחה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יכול/ה למנות את 6 אבני הבניין של פרומפט מנצח בלי להסתכל בחוברת?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כתבתי לפחות פרומפט אחד הכולל את כל אבני הבניין?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יודע/ת למה חשוב לבדוק עובדות ולשמור על פרטיות כשעובדים עם כלי שיחה חכם?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כתיבת פרומפטים מנצחים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