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כתיבת פרומפטים מנצחים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6 אבני הבניין של פרומפט מנצח ולזהות אותן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שדרוג פרומפט חלש לפרומפט מפורט וברור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התאמת אותו פרומפט לקהלים ולמטרות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הרגלי בדיקה ואחריות בעבודה עם כלי שיחה חכם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פרומפט מנצח: 6 אבני הבניין – זיהוי ושליפה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איזה מומחה או דמות הכלי אמור לדמות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פורמט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פרומפט מנצח: 6 אבני הבניין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בדוגמה מהאוגדן ההקשר כולל מספר תלמידים ומה כבר נלמד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אלו שתי אבני בניין נפרדות ברשימת 6 האבנים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פרומפט מנצח: 6 אבני הבניין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מגבלות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מהו פרומפט מנצח: 6 אבני הבניין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(איזה מומחה או דמות הכלי מדמה)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בדיוק צריך ליצור)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(פרטים על הכיתה והתלמידים)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(איך התוצר ייראה, למשל טבלה)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(כללים כמו זמן, אורך ואיסורים)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(מראים לכלי דוגמה לסגנון הרצוי)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משדרגים פרומפט: מחולשה לחוזק – היכרות עם רשימת השדרוגים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פרומפט חלש חסר תפקיד, הקשר, פורמט או מגבלות 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השדרוג הזה משנה את הסידור של המידע לטבלה, לא מקצר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משדרגים פרומפט: מחולשה לחוזק – בוחרים שדרוג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לקצר את התוצר ולשמור על התוכן החשוב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הוספת מפתח תשובות למורה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קיצור לחצי ושמירה על העיקר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הוספת מפתח תשובות למורה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משדרגים פרומפט: מחולשה לחוזק – התאמת שדרוג למצב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(קיצור לחצי ושמירה על העיקר)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(הפיכה לטבלה ברורה)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(הוספת מפתח תשובות למורה)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(התאמה לחנ"מ עם אפשרויות ואימוג'ים)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(התאמה לעולים עם מילון חזותי)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התאמת פרומפטים לקהלים שונים – הכרת 9 המסלולים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שלוש: יסודי, חט״ב,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שכבת גיל ואוכלוסיית תלמידים (רגיל/חנ״מ/עולים)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התאמת פרומפטים לקהלים שונים – יישום ההתאמות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התאמת פרומפטים לקהלים שונים – התאמת סגנון לכל קהל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(משפטים קצרים, 2–3 אפשרויות ואימוג׳ים)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(מילון חזותי ומשפטים קצרים)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(שפה פשוטה ומשחקית)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(ניתוח מעמיק ושפה מורכבת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התאמת פרומפטים לקהלים שונים – כתיבה והתאמה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למשל פחות שאלות, 2-3 אפשרויות בחירה, הוספת אימוג'ים או תמונות, משפטים קצרים.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חופשית: הוספת מילון חזותי, הסברי מילים קשות, משפטים קצרים וברורים.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קריטריון: תלמידים בגילים שונים צריכים רמת שפה, אורך טקסט ורמת מורכבות שונה כדי להבין ולהצליח.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פרומפטים לפי מטרה: שיעור, דף עבודה, משחק וטקסט – היכרות עם הלשוניות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תכנון שיעורים ויחידות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טבלה עם שלבי השיעור בדקות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פרומפטים לפי מטרה: שיעור, דף עבודה, משחק וטקסט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הלשונית מיועדת לפרומפטים ליצירת משחקים וחדרי בריחה.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הלשונית כוללת גם פרומפטים ליצירת טקסט ושאלות הבנה.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פרומפטים לפי מטרה: שיעור, דף עבודה, משחק וטקסט – התאמת פרומפט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(תכנון שיעורים ויחידות)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(דפי עבודה ומחוונים)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(משחקים וחדרי בריחה)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(הבנת הנקרא ולשון)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פרומפטים לפי מטרה: שיעור, דף עבודה, משחק וטקסט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עבודה באחריות: בדיקת עובדות ופרטיות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אסור להוסיף לכלי שמות, ציונים או פרטים מזהים של תלמידים.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בעמוד הסרטון – בודקים כל עובדה וחותמת זמן מול המקור.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באתר נכתב במפורש שמכונות חכמות טועות, ולכן תמיד בודקים את התוצר.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אחד הכללים המפורשים בעמוד הסרטון.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עבודה באחריות: בדיקת עובדות ופרטיות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שיתופם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חותמת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עבודה באחריות: בדיקת עובדות ופרטיות – התאמה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(להשוות כל משפט וחותמת זמן למקור)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להזכיר שמות או פרטים מזהים של 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(להקרין סרטון מהמקור המקורי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(להתאים את השפה והתוכן לכיתה)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עבודה באחריות: בדיקת עובדות ופרטיות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להזין רק נתונים כלליים בלי שמות ובלי פרטים מזהים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רשימה נכונה: תפקיד, משימה, הקשר, פורמט, מגבלות,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פרומפט שלם שכולל את כל ששת החלקים בצורה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השוואה למקור ואי-הזכרת שמות או פרטים מזהים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לפרוש את החוברת על פני 3–4 שיעורים: פרק 1 בשיעור ראשון, פרקים 2–3 יחד, ופרקים 4–5 בשיעור אחרון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פרומפט חלש מוכן ולבקש להשלים רק את אבני הבניין החסרות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לבקש לכתוב פרומפט מורכב הכולל שני שדרוגים במקביל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שיעור בכרטיס יציאה קצר שבו התלמידים מציינים אבן בניין אחת שתרגלו ושאלה אחת שנשארה 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כתיבת פרומפטים מנצחים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לומדים לכתוב פרומפט טוב. יש בה 5 פרקים קטנים. עובדים לפי הסדר ומסמנים תשובות.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פרומפט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בקשה כתובה שנותנים לכלי שיחה חכם כדי לקבל תוצר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אבני 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 חלקים שבונים פרומפט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תפקיד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הכלי אמור להיות בעת הכתיבה, למשל מורה מנוסה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בדיוק צריך הכלי לייצר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פרטים על הכיתה והמצב שעוזרים להבין את הבקשה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פורמט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שבה התוצר צריך להיראות, למשל טבלה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מגבלות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כללים שהתוצר חייב לעמוד בהם, כמו אורך או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קצר שמראה איך התוצר צריך להיראות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שדרוג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בקשה נוספת שמשפרת תוצר קיים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בדיקת עובדות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השוואת התוצר למקור כדי לוודא שהוא נכון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מהו פרומפט מנצח: 6 אבני הבניין – זיהוי ושליפה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חלקים יש בפרומפט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'תפקיד' אומר לכלי מה בדיוק?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איזה מומחה או דמות הכלי אמור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זמן לוקח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מספר התלמידים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הנושא של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אבן קובעת את הצורה של התוצר?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פורמט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מגבלות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מהו פרומפט מנצח: 6 אבני הבניין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אבן הבניין 'הקשר' מתארת פרטים על הכיתה, כמו מספר התלמידים ומה שכבר נלמד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'דוגמה' ו'מגבלות' הן אותה אבן בניין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מהו פרומפט מנצח: 6 אבני הבניין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אבן הבניין שקובעת כללים כמו אורך, זמן או דברים שאסור להוסיף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בדוגמת מערך השיעור, המשימה היא: בנו מערך שיעור של __________ דקות בנושא הנתון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מהו פרומפט מנצח: 6 אבני הבניין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תפקיד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כללים כמו זמן, אורך ואיסורים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פרטים על הכיתה והתלמידים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בדיוק צריך ליצור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פורמט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מראים לכלי דוגמה לסגנון הרצוי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מגבלות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איזה מומחה או דמות הכלי מדמה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איך התוצר ייראה, למשל טבלה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משדרגים פרומפט: מחולשה לחוזק – היכרות עם רשימת השדרוגים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פרומפט חלש הוא לרוב פרומפט קצר שכתוב בשורה אחת בלי פרטים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השדרוג "הפכו לטבלה ברורה" נועד לקצר את אורך התוצר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משדרגים פרומפט: מחולשה לחוזק – בוחרים שדרוג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השדרוג הזה עושה לתוצר?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לקצר את התוצר ולשמור על התוכן החשוב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להוסיף עוד מידע לתוצר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לתרגם את התוצר לשפה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למחוק את הדוגמה מהפרומפט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שדרוג מוסיף תשובות למורה?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הוספת מפתח תשובות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הפיכה לטבלה ברורה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התאמה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קיצור לחצי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עם דף ארוך מדי?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קיצור לחצי ושמירה על העיקר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הוספת מפתח 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התאמה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בקשת 3 גרסאות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תלמיד יכול לבדוק את 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הוספת מפתח תשובות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הפיכה לטבלה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קיצור לחצי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התאמה לחנ"מ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משדרגים פרומפט: מחולשה לחוזק – התאמת שדרוג למצב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התוצר ארוך מדי ועמוס בפרטים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התאמה לעולים עם מילון חזותי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קשה לקרוא את המידע כשהוא כתוב בפסקאות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הוספת מפתח תשובות למורה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המורה צריך לבדוק תשובות של כיתה שלמה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התאמה לחנ"מ עם אפשרויות ואימוג'ים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בכיתת חנ"מ קשה להבין משפטים ארוכים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קיצור לחצי ושמירה על העיקר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תלמידים עולים חדשים לא מכירים את המילים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הפיכה לטבלה ברורה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התאמת פרומפטים לקהלים שונים – הכרת 9 המסלולים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שכבות גיל יש באוגדן?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שלוש: יסודי, חט״ב,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בונה את 9 המסלולים?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שכבת גיל ואוכלוסיית תלמידים (רגיל/חנ״מ/עולים)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מקצוע ושעת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השיעור וצבע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המורה והכיתה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התאמת פרומפטים לקהלים שונים – יישום ההתאמות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כשמתאימים פרומפט לקהל עולים מומלץ להוסיף מילון __________ ומשפטים קצרים.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כשמתאימים פרומפט לקהל חנ״מ מומלץ לתת 2–3 __________ בלבד לכל שאלה.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בבונה הפרומפטים אחד השלבים הוא בחירת ה__________ שאליה מיועד הפרומפט (יסודי, חט״ב או תיכון).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התאמת פרומפטים לקהלים שונים – התאמת סגנון לכל קהל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קהל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ניתוח מעמיק ושפה מורכבת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קהל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שפה פשוטה ומשחקית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יסודי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מילון חזותי ומשפטים קצרים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משפטים קצרים, 2–3 אפשרויות ואימוג׳ים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התאמת פרומפטים לקהלים שונים – כתיבה והתאמה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פרומפט לדף עבודה בנושא שאתם לומדים, וכתבו איך הייתם משנים אותו לכיתת חנ״מ (לפחות שתי התאמות).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איך הייתם מתאימים אותו פרומפט לכיתת עולים חדשים.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במשפט-שניים מדוע חשוב להתאים את אותו תוכן לשכבות גיל שונות ולא להשתמש בפרומפט זהה לכולם.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פרומפטים לפי מטרה: שיעור, דף עבודה, משחק וטקסט – היכרות עם הלשוניות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פרומפטים יש בכל לשונית?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בונים מערך 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דפי עבודה ומחוונים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תכנון שיעורים ויחידות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 וחדרי בריחה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תקשורת עם 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התוצר של פרומפט למערך 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טבלה עם שלבי השיעור בדקות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יציאה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פרומפטים לפי מטרה: שיעור, דף עבודה, משחק וטקסט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בלשונית 'משחקים וחדרי בריחה' אפשר למצוא פרומפטים ליצירת חדר בריחה לימודי.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לשונית 'הבנת הנקרא ולשון' מיועדת רק לתכנון שיעורים, ולא לכתיבת טקסטים לתרגול.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פרומפטים לפי מטרה: שיעור, דף עבודה, משחק וטקסט – התאמת פרומפט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לתכנן שיעור 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משחקים וחדרי בריחה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ליצור דף עבודה עם מחוון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דפי עבודה ומחוונים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ליצור משחק או חדר 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הבנת הנקרא ולשון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ליצור טקסט ושאלות הבנה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תכנון שיעורים ויחידות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פרומפטים לפי מטרה: שיעור, דף עבודה, משחק וטקסט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בפרומפט למערך שיעור, הפורמט המבוקש הוא טבלה עם העמודות שלב, זמן, מה עושה המורה, מה עושים התלמידים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מערך השיעור לדוגמה באוגדן מתוכנן למשך __________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עבודה באחריות: בדיקת עובדות ופרטיות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הזהב באוגדן אומר שמותר להוסיף לכלי שיחה חכם שמות וציונים של תלמידים, אם זה לצורך למידה.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שמשתמשים בתוצר שנוצר בעזרת סרטון לימודי, צריך לבדוק כל עובדה וכל חותמת זמן מול הסרטון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מכונות חכמות תמיד מדויקות, ולכן אין צורך לבדוק את מה שהן כותבות.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להשתמש רק בסרטונים ששיתופם מותר, ולהקרין אותם מהמקור המקורי.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עבודה באחריות: בדיקת עובדות ופרטיות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כלל הזהב, אסור להוסיף לכלי שיחה חכם שמות, ציונים או פרטים __________ של תלמידים.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סרטונים לשימוש בשיעור צריכים להיות כאלה ש__________ שלהם מותר.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קבלת תוצר מהכלי, בודקים כל עובדה וכל __________ מול הסרטון.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עבודה באחריות: בדיקת עובדות ופרטיות – התאמה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בדיקת עובדות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להזכיר שמות או פרטים מזהים של 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שמירה על 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להתאים את השפה והתוכן לכיתה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מקור אמין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להשוות כל משפט וחותמת זמן למקור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שיקול דעת פדגוגי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להקרין סרטון מהמקור המקורי בלבד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עבודה באחריות: בדיקת עובדות ופרטיות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כשרוצים לנתח ציונים בעזרת כלי שיחה חכם?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להזין הכול כולל שמות וציונים כדי שהניתוח יהיה 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להזין רק נתונים כלליים בלי שמות ובלי פרטים מזהים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לשאול כל תלמיד אם מותר להזין את שמו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להימנע לגמרי משימוש בכלי השיחה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למנות את 6 אבני הבניין של פרומפט מנצח בלי להסתכל בחוברת?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כתבתי לפחות פרומפט אחד הכולל את כל אבני הבניין?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למה חשוב לבדוק עובדות ולשמור על פרטיות כשעובדים עם כלי שיחה חכם?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כתיבת פרומפטים מנצחים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